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אחרי הקריאה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רעיון מרכזי, סיכום, הבעת דעה וקישור לחיים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יסודי / חט״ב / תיכון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https://kubiyot-lemida.sites.tab.bot/luach-acharei-kriaa.html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אפשר לעבוד על הדף בתחנה, אחרי סבב גלגולים, או כשיעורי בית.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מקרא הקוביה: 1 – רעיון מרכזי; 2 – סיכום; 3 – פרטים חשובים; 4 – דעה; 5 – קשר לחיים; 6 – יצירה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לוח המשימות והקוביה לקיפול – בעמוד הלוח באתר.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התאימו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1) ב – מה הטקסט רוצה שנבין בעיקר   2) ג – מידע שמחזק את הרעיון   3) א – הטקסט בקיצור, במילים שלי   4) ד – מה אני חושב/ת, עם נימוק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בחרו את התשובה הנכונה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1) א – דבורים מוסרות מידע על מזון בעזרת ריקוד   2) א – להסביר   3) ב – שפת הריקוד של הדבורים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גלגלו ובצעו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1) לפי הלוח   2) כנ״ל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כתיבה קצרה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המשימה בוצעה במלואה; משפטים שלמים; שימוש נכון במושגים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💡 אחרי הקריאה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תרגלו את מה שעשיתם בתחנת הקוביות: רעיון מרכזי, סיכום, הבעת דעה וקישור לחיים.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מה הטקסט רוצה שנבין בעיקר  |  מידע שמחזק את הרעיון  |  הטקסט בקיצור, במילים שלי  |  מה אני חושב/ת, עם נימוק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התאימו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כתבו ליד כל מספר את האות המתאימה.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📄 למה הדבורים רוקדות? (טקסט מידע)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דבורת דבש שמצאה פרחים מלאי צוף חוזרת לכוורת ומתחילה לרקוד. זה לא ריקוד של שמחה בלבד: זו דרך למסור מידע.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כשהפרחים קרובים, הדבורה מסתובבת במעגלים קטנים. כשהם רחוקים, היא רוקדת בצורת הספרה 8 ומנענעת את גופה.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רעיון מרכזי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א. הטקסט בקיצור, במילים שלי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פרט תומך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ב. מה הטקסט רוצה שנבין בעיקר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סיכום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ג. מידע שמחזק את הרעיון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דעה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ד. מה אני חושב/ת, עם נימוק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בחרו את התשובה הנכונה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מהו הרעיון המרכזי של "למה הדבורים רוקדות?"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דבורים מוסרות מידע על מזון בעזרת ריקוד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דבורים אוהבות לרקוד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מה מטרת הטקסט?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להסביר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לשכנע לקנות דבש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איזו כותרת אחרת מתאימה?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מסיבה בכוורת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שפת הריקוד של הדבורים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גלגלו ובצעו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גלגלו את הקוביה (קוביית נייר או הקוביה באתר) ובצעו את המשימה מהלוח.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גלגול 1: יצא המספר ___. המשימה (בעמודה 🟢 בסיס):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2. גלגול 2: יצא המספר ___. המשימה (בעמודה 🟢 בסיס):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כתיבה קצרה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בחרו משימה אחת מהלוח (אחרי הקריאה) וכתבו את התשובה המלאה כאן.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משימה אחת שעשיתי היום בקוביה: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משהו שעוד קשה לי: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הרגשתי בתחנה?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אחרי הקריאה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